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SANAM SUWAL</w:t>
      </w:r>
    </w:p>
    <w:p>
      <w:pPr>
        <w:jc w:val="center"/>
      </w:pPr>
      <w:r>
        <w:rPr>
          <w:b/>
          <w:sz w:val="24"/>
        </w:rPr>
        <w:t>Software QA Engineer 2</w:t>
      </w:r>
    </w:p>
    <w:p>
      <w:pPr>
        <w:jc w:val="center"/>
      </w:pPr>
      <w:r>
        <w:t>Bhaktapur, Nepal  |  suwalsanam01@gmail.com  |  +977-9843304443</w:t>
        <w:br/>
        <w:t>LinkedIn: linkedin.com/in/sanam-suwal  |  GitHub: github.com/Sanamchha  |  sanamsuwal.com.np</w:t>
      </w:r>
    </w:p>
    <w:p/>
    <w:p>
      <w:pPr>
        <w:spacing w:before="200" w:after="80"/>
      </w:pPr>
      <w:r>
        <w:rPr>
          <w:b/>
          <w:sz w:val="24"/>
        </w:rPr>
        <w:t>CAREER OBJECTIVE</w:t>
      </w:r>
    </w:p>
    <w:p>
      <w:r>
        <w:t>To grow as a QA automation professional in healthcare analytics, building automation frameworks that reduce manual regression and improve release confidence. Seeking a hybrid mid-to-senior automation role with opportunities to research AI-powered tools for smarter QA. Committed to mentoring teams and delivering scalable automation across projects.</w:t>
      </w:r>
    </w:p>
    <w:p>
      <w:pPr>
        <w:spacing w:before="200" w:after="80"/>
      </w:pPr>
      <w:r>
        <w:rPr>
          <w:b/>
          <w:sz w:val="24"/>
        </w:rPr>
        <w:t>PROFESSIONAL SUMMARY</w:t>
      </w:r>
    </w:p>
    <w:p>
      <w:r>
        <w:t>Software QA Engineer 2 at IQVIA with 4+ years of healthcare analytics QA experience across Cedar Gate Technologies and IQVIA. Specializing in test automation from custom framework development (Groovy/Grails, Java, Selenium) through enterprise migration to Katalon Studio. Former automation team lead (~2 years) with proven delivery of parallel execution, custom keywords, server/cron management, training programs, and scalable multi-project automation architecture.</w:t>
      </w:r>
    </w:p>
    <w:p>
      <w:pPr>
        <w:spacing w:before="200" w:after="80"/>
      </w:pPr>
      <w:r>
        <w:rPr>
          <w:b/>
          <w:sz w:val="24"/>
        </w:rPr>
        <w:t>CORE SKILLS</w:t>
      </w:r>
    </w:p>
    <w:p>
      <w:r>
        <w:rPr>
          <w:b/>
        </w:rPr>
        <w:t>Automation:</w:t>
      </w:r>
      <w:r>
        <w:t xml:space="preserve"> Katalon Studio, Selenium, TestNG, Cucumber/BDD (custom keyword development)</w:t>
      </w:r>
    </w:p>
    <w:p>
      <w:r>
        <w:rPr>
          <w:b/>
        </w:rPr>
        <w:t>Languages:</w:t>
      </w:r>
      <w:r>
        <w:t xml:space="preserve"> Java, Python, Groovy</w:t>
      </w:r>
    </w:p>
    <w:p>
      <w:r>
        <w:rPr>
          <w:b/>
        </w:rPr>
        <w:t>API &amp; Testing:</w:t>
      </w:r>
      <w:r>
        <w:t xml:space="preserve"> Postman; functional, regression, integration, API, and UAT testing</w:t>
      </w:r>
    </w:p>
    <w:p>
      <w:r>
        <w:rPr>
          <w:b/>
        </w:rPr>
        <w:t>Tools:</w:t>
      </w:r>
      <w:r>
        <w:t xml:space="preserve"> Jira, Git, GitHub Actions, GitLab CI, Bitbucket Pipelines</w:t>
      </w:r>
    </w:p>
    <w:p>
      <w:r>
        <w:rPr>
          <w:b/>
        </w:rPr>
        <w:t>Cloud &amp; Data:</w:t>
      </w:r>
      <w:r>
        <w:t xml:space="preserve"> AWS (S3, CloudWatch, Lambda, SQS, SNS, EC2), MySQL, MongoDB</w:t>
      </w:r>
    </w:p>
    <w:p>
      <w:r>
        <w:rPr>
          <w:b/>
        </w:rPr>
        <w:t>Leadership:</w:t>
      </w:r>
      <w:r>
        <w:t xml:space="preserve"> Team lead experience, sprint delegation, mentorship, handover/training sessions</w:t>
      </w:r>
    </w:p>
    <w:p>
      <w:r>
        <w:rPr>
          <w:b/>
        </w:rPr>
        <w:t>Emerging:</w:t>
      </w:r>
      <w:r>
        <w:t xml:space="preserve"> AI-assisted automation workflows (Cursor AI)</w:t>
      </w:r>
    </w:p>
    <w:p>
      <w:pPr>
        <w:spacing w:before="200" w:after="80"/>
      </w:pPr>
      <w:r>
        <w:rPr>
          <w:b/>
          <w:sz w:val="24"/>
        </w:rPr>
        <w:t>PROFESSIONAL EXPERIENCE</w:t>
      </w:r>
    </w:p>
    <w:p>
      <w:r>
        <w:rPr>
          <w:b/>
        </w:rPr>
        <w:t>IQVIA</w:t>
      </w:r>
      <w:r>
        <w:t xml:space="preserve"> — Healthcare Analytics  |  Hybrid  |  Nepal</w:t>
      </w:r>
    </w:p>
    <w:p>
      <w:pPr>
        <w:pStyle w:val="IntenseQuote"/>
      </w:pPr>
      <w:r>
        <w:t>Oct 2025 – Present</w:t>
      </w:r>
    </w:p>
    <w:p>
      <w:r>
        <w:rPr>
          <w:b/>
        </w:rPr>
        <w:t>Software QA Engineer 2</w:t>
      </w:r>
      <w:r>
        <w:t xml:space="preserve">  |  Oct 2025 – Present</w:t>
      </w:r>
    </w:p>
    <w:p>
      <w:pPr>
        <w:pStyle w:val="ListBullet"/>
      </w:pPr>
      <w:r>
        <w:t>Support project-level automation across healthcare analytics QA teams following org-wide Katalon COE transition.</w:t>
      </w:r>
    </w:p>
    <w:p>
      <w:pPr>
        <w:pStyle w:val="ListBullet"/>
      </w:pPr>
      <w:r>
        <w:t>Bridge automation script writers and Katalon support: troubleshoot issues, develop custom keywords, escalate critical platform defects.</w:t>
      </w:r>
    </w:p>
    <w:p>
      <w:pPr>
        <w:pStyle w:val="ListBullet"/>
      </w:pPr>
      <w:r>
        <w:t>Complete migration of remaining legacy automation jobs; promote reusable patterns across projects.</w:t>
      </w:r>
    </w:p>
    <w:p>
      <w:pPr>
        <w:pStyle w:val="ListBullet"/>
      </w:pPr>
      <w:r>
        <w:t>Explore AI tooling (e.g. Cursor AI) to improve automation productivity and test maintenance.</w:t>
      </w:r>
    </w:p>
    <w:p/>
    <w:p>
      <w:r>
        <w:rPr>
          <w:b/>
        </w:rPr>
        <w:t>Cedar Gate Technologies</w:t>
      </w:r>
      <w:r>
        <w:t xml:space="preserve"> — Healthcare Analytics  |  Full-time  |  Hybrid  |  Nepal</w:t>
      </w:r>
    </w:p>
    <w:p>
      <w:pPr>
        <w:pStyle w:val="IntenseQuote"/>
      </w:pPr>
      <w:r>
        <w:t>Jan 2025 – Oct 2025</w:t>
      </w:r>
    </w:p>
    <w:p>
      <w:r>
        <w:rPr>
          <w:b/>
        </w:rPr>
        <w:t>Senior Software QA Automation Engineer</w:t>
      </w:r>
      <w:r>
        <w:t xml:space="preserve">  |  Jan 2025 – Oct 2025</w:t>
      </w:r>
    </w:p>
    <w:p>
      <w:pPr>
        <w:pStyle w:val="ListBullet"/>
      </w:pPr>
      <w:r>
        <w:t>Led temporary Katalon Automation Center of Excellence (COE) team after successful platform migration.</w:t>
      </w:r>
    </w:p>
    <w:p>
      <w:pPr>
        <w:pStyle w:val="ListBullet"/>
      </w:pPr>
      <w:r>
        <w:t>Owned org-wide enablement: training manual QA teams, workflow documentation, and shared multi-project Katalon architecture.</w:t>
      </w:r>
    </w:p>
    <w:p>
      <w:pPr>
        <w:pStyle w:val="ListBullet"/>
      </w:pPr>
      <w:r>
        <w:t>Drove completion of migration scope: scripts, scheduling, reporting, and pre/post-migration validation.</w:t>
      </w:r>
    </w:p>
    <w:p/>
    <w:p>
      <w:r>
        <w:rPr>
          <w:b/>
        </w:rPr>
        <w:t>Cedar Gate Technologies</w:t>
      </w:r>
      <w:r>
        <w:t xml:space="preserve"> — Healthcare Analytics  |  Full-time  |  Hybrid  |  Nepal</w:t>
      </w:r>
    </w:p>
    <w:p>
      <w:pPr>
        <w:pStyle w:val="IntenseQuote"/>
      </w:pPr>
      <w:r>
        <w:t>Jun 2023 – Jan 2025  (Team Lead: Aug 2024 – Jan 2025)</w:t>
      </w:r>
    </w:p>
    <w:p>
      <w:r>
        <w:rPr>
          <w:b/>
        </w:rPr>
        <w:t>Software QA Automation Engineer · Team Lead</w:t>
      </w:r>
      <w:r>
        <w:t xml:space="preserve">  |  Jun 2023 – Jan 2025  (Team Lead: Aug 2024 – Jan 2025)</w:t>
      </w:r>
    </w:p>
    <w:p>
      <w:pPr>
        <w:pStyle w:val="ListBullet"/>
      </w:pPr>
      <w:r>
        <w:t>Maintained in-house automation framework; supported users, managed server configs, driver updates, and cron-scheduled test runs.</w:t>
      </w:r>
    </w:p>
    <w:p>
      <w:pPr>
        <w:pStyle w:val="ListBullet"/>
      </w:pPr>
      <w:r>
        <w:t>Delivered major framework enhancements: parallel execution, re-run failed tests, and manual run control.</w:t>
      </w:r>
    </w:p>
    <w:p>
      <w:pPr>
        <w:pStyle w:val="ListBullet"/>
      </w:pPr>
      <w:r>
        <w:t>Evaluated automation tools; led technical direction and execution of legacy-to-Katalon migration.</w:t>
      </w:r>
    </w:p>
    <w:p>
      <w:pPr>
        <w:pStyle w:val="ListBullet"/>
      </w:pPr>
      <w:r>
        <w:t>As Team Lead: sprint task allocation, cross-team coordination, and adoption experiments for internal projects.</w:t>
      </w:r>
    </w:p>
    <w:p/>
    <w:p>
      <w:r>
        <w:rPr>
          <w:b/>
        </w:rPr>
        <w:t>Cedar Gate Technologies</w:t>
      </w:r>
      <w:r>
        <w:t xml:space="preserve"> — Healthcare Analytics  |  Full-time  |  Hybrid  |  Nepal</w:t>
      </w:r>
    </w:p>
    <w:p>
      <w:pPr>
        <w:pStyle w:val="IntenseQuote"/>
      </w:pPr>
      <w:r>
        <w:t>Dec 2022 – Jun 2023</w:t>
      </w:r>
    </w:p>
    <w:p>
      <w:r>
        <w:rPr>
          <w:b/>
        </w:rPr>
        <w:t>Software QA Engineer</w:t>
      </w:r>
      <w:r>
        <w:t xml:space="preserve">  |  Dec 2022 – Jun 2023</w:t>
      </w:r>
    </w:p>
    <w:p>
      <w:pPr>
        <w:pStyle w:val="ListBullet"/>
      </w:pPr>
      <w:r>
        <w:t>Regression and feature testing; mentored new hires on application domain and team STLC practices.</w:t>
      </w:r>
    </w:p>
    <w:p>
      <w:pPr>
        <w:pStyle w:val="ListBullet"/>
      </w:pPr>
      <w:r>
        <w:t>Selected for internal automation track; supported API testing (Postman) and AWS-based test/log analysis (S3, CloudWatch).</w:t>
      </w:r>
    </w:p>
    <w:p/>
    <w:p>
      <w:r>
        <w:rPr>
          <w:b/>
        </w:rPr>
        <w:t>Cedar Gate Technologies</w:t>
      </w:r>
      <w:r>
        <w:t xml:space="preserve"> — Healthcare Analytics  |  Full-time  |  Hybrid  |  Nepal</w:t>
      </w:r>
    </w:p>
    <w:p>
      <w:pPr>
        <w:pStyle w:val="IntenseQuote"/>
      </w:pPr>
      <w:r>
        <w:t>Dec 2021 – Dec 2022</w:t>
      </w:r>
    </w:p>
    <w:p>
      <w:r>
        <w:rPr>
          <w:b/>
        </w:rPr>
        <w:t>Associate Software QA Engineer</w:t>
      </w:r>
      <w:r>
        <w:t xml:space="preserve">  |  Dec 2021 – Dec 2022</w:t>
      </w:r>
    </w:p>
    <w:p>
      <w:pPr>
        <w:pStyle w:val="ListBullet"/>
      </w:pPr>
      <w:r>
        <w:t>Participated in feature discussions with developers and requirement reviews with BAs and PMs.</w:t>
      </w:r>
    </w:p>
    <w:p>
      <w:pPr>
        <w:pStyle w:val="ListBullet"/>
      </w:pPr>
      <w:r>
        <w:t>Created test documentation; performed monthly regression; managed defect lifecycle in Jira.</w:t>
      </w:r>
    </w:p>
    <w:p>
      <w:pPr>
        <w:pStyle w:val="ListBullet"/>
      </w:pPr>
      <w:r>
        <w:t>Built healthcare analytics domain knowledge rapidly after mentor departure.</w:t>
      </w:r>
    </w:p>
    <w:p/>
    <w:p>
      <w:r>
        <w:rPr>
          <w:b/>
        </w:rPr>
        <w:t>Cloud Factory</w:t>
      </w:r>
      <w:r>
        <w:t xml:space="preserve"> — Data Analytics</w:t>
      </w:r>
    </w:p>
    <w:p>
      <w:pPr>
        <w:pStyle w:val="IntenseQuote"/>
      </w:pPr>
      <w:r>
        <w:t>Dec 2020 – Nov 2021</w:t>
      </w:r>
    </w:p>
    <w:p>
      <w:r>
        <w:rPr>
          <w:b/>
        </w:rPr>
        <w:t>Data Analytics Associate</w:t>
      </w:r>
      <w:r>
        <w:t xml:space="preserve">  |  Dec 2020 – Nov 2021</w:t>
      </w:r>
    </w:p>
    <w:p>
      <w:pPr>
        <w:pStyle w:val="ListBullet"/>
      </w:pPr>
      <w:r>
        <w:t>Supported data analytics workflows and reporting tasks in a professional services environment.</w:t>
      </w:r>
    </w:p>
    <w:p>
      <w:pPr>
        <w:pStyle w:val="ListBullet"/>
      </w:pPr>
      <w:r>
        <w:t>Gained early experience in data handling and analytical problem-solving before transitioning to software QA.</w:t>
      </w:r>
    </w:p>
    <w:p/>
    <w:p>
      <w:pPr>
        <w:spacing w:before="200" w:after="80"/>
      </w:pPr>
      <w:r>
        <w:rPr>
          <w:b/>
          <w:sz w:val="24"/>
        </w:rPr>
        <w:t>EDUCATION</w:t>
      </w:r>
    </w:p>
    <w:p>
      <w:r>
        <w:rPr>
          <w:b/>
        </w:rPr>
        <w:t>Bachelor of Engineering (B.E.), Computer Engineering</w:t>
      </w:r>
    </w:p>
    <w:p>
      <w:r>
        <w:t>Khwopa Engineering College, Purbanchal University  |  2016 – 2021</w:t>
      </w:r>
    </w:p>
    <w:p>
      <w:pPr>
        <w:spacing w:before="200" w:after="80"/>
      </w:pPr>
      <w:r>
        <w:rPr>
          <w:b/>
          <w:sz w:val="24"/>
        </w:rPr>
        <w:t>SELECTED PROJECTS</w:t>
      </w:r>
    </w:p>
    <w:p>
      <w:r>
        <w:rPr>
          <w:b/>
        </w:rPr>
        <w:t xml:space="preserve">EPL Result Prediction — </w:t>
      </w:r>
      <w:r>
        <w:t>Python, Pandas, Keras, TensorFlow — ML-based prediction model.</w:t>
      </w:r>
    </w:p>
    <w:p>
      <w:r>
        <w:rPr>
          <w:b/>
        </w:rPr>
        <w:t xml:space="preserve">E-BloodBank — </w:t>
      </w:r>
      <w:r>
        <w:t>Flutter, Python, SQLite — Mobile and backend blood bank application.</w:t>
      </w:r>
    </w:p>
    <w:p>
      <w:r>
        <w:rPr>
          <w:b/>
        </w:rPr>
        <w:t xml:space="preserve">Academic projects (solo) — </w:t>
      </w:r>
      <w:r>
        <w:t>Mobile Store Management System (C/C++), Online Auction (PHP, MySQL).</w:t>
      </w:r>
    </w:p>
    <w:p>
      <w:pPr>
        <w:spacing w:before="200" w:after="80"/>
      </w:pPr>
      <w:r>
        <w:rPr>
          <w:b/>
          <w:sz w:val="24"/>
        </w:rPr>
        <w:t>TRAINING</w:t>
      </w:r>
    </w:p>
    <w:p>
      <w:pPr>
        <w:pStyle w:val="ListBullet"/>
      </w:pPr>
      <w:r>
        <w:t>Selenium with Python — Extra class (college), 2018</w:t>
      </w:r>
    </w:p>
    <w:p>
      <w:pPr>
        <w:pStyle w:val="ListBullet"/>
      </w:pPr>
      <w:r>
        <w:t>MySQL / Oracle — Extra class (college), 2018</w:t>
      </w:r>
    </w:p>
    <w:p>
      <w:pPr>
        <w:pStyle w:val="ListBullet"/>
      </w:pPr>
      <w:r>
        <w:t>TensorFlow &amp; Neural Networks — Extra class (college), 2018</w:t>
      </w:r>
    </w:p>
    <w:p>
      <w:pPr>
        <w:pStyle w:val="ListBullet"/>
      </w:pPr>
      <w:r>
        <w:t>Deep Learning (48 hrs) — Extra class (college), 2020</w:t>
      </w:r>
    </w:p>
    <w:p>
      <w:pPr>
        <w:pStyle w:val="ListBullet"/>
      </w:pPr>
      <w:r>
        <w:t>Python &amp; Django Framework — Extra class (college), 2020</w:t>
      </w:r>
    </w:p>
    <w:p>
      <w:pPr>
        <w:pStyle w:val="ListBullet"/>
      </w:pPr>
      <w:r>
        <w:t>Mobile App Development (Flutter) — Self-learned, 2020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